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43F"/>
        </w:rPr>
        <w:t>Business Plan Template</w:t>
      </w:r>
    </w:p>
    <w:p>
      <w:r>
        <w:t>A free tool from Leverage Unlimited LLC — leverageunlimited.com</w:t>
      </w:r>
    </w:p>
    <w:p>
      <w:r>
        <w:rPr>
          <w:i/>
          <w:color w:val="666666"/>
        </w:rPr>
        <w:t>Replace the guidance in grey with your own answers. Keep it short and honest — a clear 10-page plan beats a vague 40-page 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Business name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Owner(s)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Legal structure (LLC, S-Corp, etc.)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Address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Phone / Email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rPr>
          <w:color w:val="14243F"/>
        </w:rPr>
        <w:t>1. Executive Summary</w:t>
      </w:r>
    </w:p>
    <w:p>
      <w:r>
        <w:rPr>
          <w:i/>
          <w:color w:val="666666"/>
        </w:rPr>
        <w:t>Write this last. In one page: what you do, who you serve, why you'll win, how much funding you need and what it's for.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rPr>
          <w:color w:val="14243F"/>
        </w:rPr>
        <w:t>2. Company Description</w:t>
      </w:r>
    </w:p>
    <w:p>
      <w:r>
        <w:rPr>
          <w:i/>
          <w:color w:val="666666"/>
        </w:rPr>
        <w:t>Your mission, when and where you formed, your legal structure, and the problem your business solves.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rPr>
          <w:color w:val="14243F"/>
        </w:rPr>
        <w:t>3. Products &amp; Services</w:t>
      </w:r>
    </w:p>
    <w:p>
      <w:r>
        <w:rPr>
          <w:i/>
          <w:color w:val="666666"/>
        </w:rPr>
        <w:t>List what you sell, how it's priced, and what makes it different from alternatives.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rPr>
          <w:color w:val="14243F"/>
        </w:rPr>
        <w:t>4. Market Analysis</w:t>
      </w:r>
    </w:p>
    <w:p>
      <w:r>
        <w:rPr>
          <w:i/>
          <w:color w:val="666666"/>
        </w:rPr>
        <w:t>Who is your ideal customer? How large is the market? Who are your top 3 competitors and their weaknesses?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rPr>
          <w:color w:val="14243F"/>
        </w:rPr>
        <w:t>5. Marketing &amp; Sales Plan</w:t>
      </w:r>
    </w:p>
    <w:p>
      <w:r>
        <w:rPr>
          <w:i/>
          <w:color w:val="666666"/>
        </w:rPr>
        <w:t>How customers will find you (website, SEO, social, referrals), your sales process, and your first-year marketing budget.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rPr>
          <w:color w:val="14243F"/>
        </w:rPr>
        <w:t>6. Operations Plan</w:t>
      </w:r>
    </w:p>
    <w:p>
      <w:r>
        <w:rPr>
          <w:i/>
          <w:color w:val="666666"/>
        </w:rPr>
        <w:t>Location, equipment, suppliers, software, key processes and the licenses or permits you need.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rPr>
          <w:color w:val="14243F"/>
        </w:rPr>
        <w:t>7. Management &amp; Team</w:t>
      </w:r>
    </w:p>
    <w:p>
      <w:r>
        <w:rPr>
          <w:i/>
          <w:color w:val="666666"/>
        </w:rPr>
        <w:t>Owners, key hires, advisors (accountant, attorney, bookkeeper) and their responsibilities.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rPr>
          <w:color w:val="14243F"/>
        </w:rPr>
        <w:t>8. Financial Plan</w:t>
      </w:r>
    </w:p>
    <w:p>
      <w:r>
        <w:rPr>
          <w:i/>
          <w:color w:val="666666"/>
        </w:rPr>
        <w:t>Lenders read this section first. Keep your books clean so these numbers are real.</w:t>
      </w:r>
    </w:p>
    <w:p>
      <w:pPr>
        <w:pStyle w:val="Heading2"/>
      </w:pPr>
      <w:r>
        <w:rPr>
          <w:color w:val="B88A2E"/>
        </w:rPr>
        <w:t>Startup costs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Cost ($)</w:t>
            </w:r>
          </w:p>
        </w:tc>
      </w:tr>
      <w:tr>
        <w:tc>
          <w:tcPr>
            <w:tcW w:type="dxa" w:w="4320"/>
          </w:tcPr>
          <w:p>
            <w:r>
              <w:t>Business formation &amp; licenses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Equipment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Website &amp; branding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Initial inventory / supplies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Marketing launch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Working capital (3–6 months)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B88A2E"/>
        </w:rPr>
        <w:t>12-month projection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Q1</w:t>
            </w:r>
          </w:p>
        </w:tc>
        <w:tc>
          <w:tcPr>
            <w:tcW w:type="dxa" w:w="1728"/>
          </w:tcPr>
          <w:p>
            <w:r>
              <w:t>Q2</w:t>
            </w:r>
          </w:p>
        </w:tc>
        <w:tc>
          <w:tcPr>
            <w:tcW w:type="dxa" w:w="1728"/>
          </w:tcPr>
          <w:p>
            <w:r>
              <w:t>Q3</w:t>
            </w:r>
          </w:p>
        </w:tc>
        <w:tc>
          <w:tcPr>
            <w:tcW w:type="dxa" w:w="1728"/>
          </w:tcPr>
          <w:p>
            <w:r>
              <w:t>Q4</w:t>
            </w:r>
          </w:p>
        </w:tc>
      </w:tr>
      <w:tr>
        <w:tc>
          <w:tcPr>
            <w:tcW w:type="dxa" w:w="1728"/>
          </w:tcPr>
          <w:p>
            <w:r>
              <w:t>Revenue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Cost of goods sold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Gross profit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Operating expenses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Net profit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Ending cash balance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rPr>
          <w:color w:val="B88A2E"/>
        </w:rPr>
        <w:t>Break-even</w:t>
      </w:r>
    </w:p>
    <w:p>
      <w:r>
        <w:rPr>
          <w:i/>
          <w:color w:val="666666"/>
        </w:rPr>
        <w:t>Fixed monthly costs ÷ (price per sale − cost per sale) = sales needed per month to break even.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rPr>
          <w:color w:val="14243F"/>
        </w:rPr>
        <w:t>9. Funding Request</w:t>
      </w:r>
    </w:p>
    <w:p>
      <w:r>
        <w:rPr>
          <w:i/>
          <w:color w:val="666666"/>
        </w:rPr>
        <w:t>How much you need, the type of funding (loan, line of credit, investor), how you'll use it, and how it will be repaid.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rPr>
          <w:color w:val="14243F"/>
        </w:rPr>
        <w:t>10. Appendix</w:t>
      </w:r>
    </w:p>
    <w:p>
      <w:r>
        <w:rPr>
          <w:i/>
          <w:color w:val="666666"/>
        </w:rPr>
        <w:t>Resumes, licenses, quotes, contracts, market research, bank statements.</w:t>
      </w:r>
    </w:p>
    <w:p>
      <w:pPr>
        <w:pStyle w:val="Heading1"/>
      </w:pPr>
      <w:r>
        <w:rPr>
          <w:color w:val="14243F"/>
        </w:rPr>
        <w:t>Need help?</w:t>
      </w:r>
    </w:p>
    <w:p>
      <w:r>
        <w:t>Leverage Unlimited helps startups with bookkeeping, funding preparation, websites and business strategy. Book a conversation at leverageunlimited.com/contact.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